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D9B45" w14:textId="4D781014" w:rsidR="00CB255B" w:rsidRPr="00FA5E56" w:rsidRDefault="00DC2A3E">
      <w:pPr>
        <w:pStyle w:val="Heading1"/>
        <w:rPr>
          <w:rFonts w:asciiTheme="minorHAnsi" w:hAnsiTheme="minorHAnsi"/>
          <w:sz w:val="24"/>
          <w:szCs w:val="24"/>
        </w:rPr>
      </w:pPr>
      <w:r w:rsidRPr="00FA5E56">
        <w:rPr>
          <w:rFonts w:asciiTheme="minorHAnsi" w:hAnsiTheme="minorHAnsi"/>
          <w:sz w:val="24"/>
          <w:szCs w:val="24"/>
        </w:rPr>
        <w:t>CR</w:t>
      </w:r>
      <w:r w:rsidR="00FD1313" w:rsidRPr="00FA5E56">
        <w:rPr>
          <w:rFonts w:asciiTheme="minorHAnsi" w:hAnsiTheme="minorHAnsi"/>
          <w:sz w:val="24"/>
          <w:szCs w:val="24"/>
        </w:rPr>
        <w:t>E</w:t>
      </w:r>
      <w:r w:rsidRPr="00FA5E56">
        <w:rPr>
          <w:rFonts w:asciiTheme="minorHAnsi" w:hAnsiTheme="minorHAnsi"/>
          <w:sz w:val="24"/>
          <w:szCs w:val="24"/>
        </w:rPr>
        <w:t>ETING ST. MARY SOCIAL CLUB</w:t>
      </w:r>
      <w:r w:rsidRPr="00FA5E56">
        <w:rPr>
          <w:rFonts w:asciiTheme="minorHAnsi" w:hAnsiTheme="minorHAnsi"/>
          <w:sz w:val="24"/>
          <w:szCs w:val="24"/>
        </w:rPr>
        <w:br/>
        <w:t>RULES</w:t>
      </w:r>
    </w:p>
    <w:p w14:paraId="206E3D2B" w14:textId="68F71055" w:rsidR="00B05589" w:rsidRPr="00A33F2C" w:rsidRDefault="00DC2A3E" w:rsidP="009C5C35">
      <w:pPr>
        <w:rPr>
          <w:sz w:val="24"/>
          <w:szCs w:val="24"/>
        </w:rPr>
      </w:pPr>
      <w:r w:rsidRPr="00FA5E56">
        <w:rPr>
          <w:b/>
          <w:bCs/>
          <w:sz w:val="24"/>
          <w:szCs w:val="24"/>
        </w:rPr>
        <w:t>Name and objects of the Club</w:t>
      </w:r>
      <w:r w:rsidRPr="00FA5E56">
        <w:rPr>
          <w:sz w:val="24"/>
          <w:szCs w:val="24"/>
        </w:rPr>
        <w:br/>
      </w:r>
      <w:r w:rsidRPr="00FA5E56">
        <w:rPr>
          <w:sz w:val="24"/>
          <w:szCs w:val="24"/>
        </w:rPr>
        <w:br/>
        <w:t>1. The Club shall be known as the Creeting St. Mary Social Club.</w:t>
      </w:r>
      <w:r w:rsidRPr="00FA5E56">
        <w:rPr>
          <w:sz w:val="24"/>
          <w:szCs w:val="24"/>
        </w:rPr>
        <w:br/>
      </w:r>
      <w:r w:rsidRPr="00FA5E56">
        <w:rPr>
          <w:sz w:val="24"/>
          <w:szCs w:val="24"/>
        </w:rPr>
        <w:br/>
        <w:t>2. The objects of the Club shall be to provide sport and social activities for the residents of Creeting St. Mary and the surrounding district.</w:t>
      </w:r>
      <w:r w:rsidRPr="00FA5E56">
        <w:rPr>
          <w:sz w:val="24"/>
          <w:szCs w:val="24"/>
        </w:rPr>
        <w:br/>
      </w:r>
      <w:r w:rsidRPr="00FA5E56">
        <w:rPr>
          <w:sz w:val="24"/>
          <w:szCs w:val="24"/>
        </w:rPr>
        <w:br/>
        <w:t xml:space="preserve">3. </w:t>
      </w:r>
      <w:r w:rsidRPr="00FA5E56">
        <w:rPr>
          <w:rFonts w:cs="Times New Roman"/>
          <w:sz w:val="24"/>
          <w:szCs w:val="24"/>
        </w:rPr>
        <w:t xml:space="preserve">The Club premises are confined to the Creeting St. Mary Village </w:t>
      </w:r>
      <w:proofErr w:type="gramStart"/>
      <w:r w:rsidRPr="00FA5E56">
        <w:rPr>
          <w:rFonts w:cs="Times New Roman"/>
          <w:sz w:val="24"/>
          <w:szCs w:val="24"/>
        </w:rPr>
        <w:t>Hall</w:t>
      </w:r>
      <w:proofErr w:type="gramEnd"/>
      <w:r w:rsidR="00FA5E56" w:rsidRPr="00FA5E56">
        <w:rPr>
          <w:rFonts w:cs="Times New Roman"/>
          <w:sz w:val="24"/>
          <w:szCs w:val="24"/>
        </w:rPr>
        <w:t xml:space="preserve"> and the Club will abide by the conditions of hire as set out by the Village Hall Management Committee</w:t>
      </w:r>
      <w:r w:rsidRPr="00FA5E56">
        <w:rPr>
          <w:sz w:val="24"/>
          <w:szCs w:val="24"/>
        </w:rPr>
        <w:br/>
      </w:r>
      <w:r w:rsidRPr="00FA5E56">
        <w:rPr>
          <w:sz w:val="24"/>
          <w:szCs w:val="24"/>
        </w:rPr>
        <w:br/>
      </w:r>
      <w:r w:rsidRPr="00FA5E56">
        <w:rPr>
          <w:b/>
          <w:bCs/>
          <w:sz w:val="24"/>
          <w:szCs w:val="24"/>
        </w:rPr>
        <w:t>Control of the Club</w:t>
      </w:r>
      <w:r w:rsidRPr="00FA5E56">
        <w:rPr>
          <w:sz w:val="24"/>
          <w:szCs w:val="24"/>
        </w:rPr>
        <w:br/>
      </w:r>
      <w:r w:rsidRPr="00FA5E56">
        <w:rPr>
          <w:sz w:val="24"/>
          <w:szCs w:val="24"/>
        </w:rPr>
        <w:br/>
        <w:t>Officers and Committee</w:t>
      </w:r>
      <w:r w:rsidRPr="00FA5E56">
        <w:rPr>
          <w:sz w:val="24"/>
          <w:szCs w:val="24"/>
        </w:rPr>
        <w:br/>
      </w:r>
      <w:r w:rsidRPr="00FA5E56">
        <w:rPr>
          <w:sz w:val="24"/>
          <w:szCs w:val="24"/>
        </w:rPr>
        <w:br/>
        <w:t xml:space="preserve">4. The Committee shall be composed of a Chairman, Secretary, Treasurer and at least six members. They will be responsible for the management of the Club. The Committee will be elected annually by ballot in September of each year. All members shall be entitled to vote at the Annual General Meeting and shall have the right to nominate </w:t>
      </w:r>
      <w:proofErr w:type="gramStart"/>
      <w:r w:rsidRPr="00FA5E56">
        <w:rPr>
          <w:sz w:val="24"/>
          <w:szCs w:val="24"/>
        </w:rPr>
        <w:t>persons</w:t>
      </w:r>
      <w:proofErr w:type="gramEnd"/>
      <w:r w:rsidRPr="00FA5E56">
        <w:rPr>
          <w:sz w:val="24"/>
          <w:szCs w:val="24"/>
        </w:rPr>
        <w:t xml:space="preserve"> for </w:t>
      </w:r>
      <w:r w:rsidRPr="00A33F2C">
        <w:rPr>
          <w:sz w:val="24"/>
          <w:szCs w:val="24"/>
        </w:rPr>
        <w:t>election and to stand for election.</w:t>
      </w:r>
      <w:r w:rsidRPr="00A33F2C">
        <w:rPr>
          <w:sz w:val="24"/>
          <w:szCs w:val="24"/>
        </w:rPr>
        <w:br/>
      </w:r>
      <w:r w:rsidRPr="00A33F2C">
        <w:rPr>
          <w:sz w:val="24"/>
          <w:szCs w:val="24"/>
        </w:rPr>
        <w:br/>
        <w:t xml:space="preserve">5. The Committee shall meet </w:t>
      </w:r>
      <w:r w:rsidR="00A93656" w:rsidRPr="00A33F2C">
        <w:rPr>
          <w:sz w:val="24"/>
          <w:szCs w:val="24"/>
        </w:rPr>
        <w:t xml:space="preserve">at regular intervals and not less than quarterly </w:t>
      </w:r>
      <w:r w:rsidRPr="00A33F2C">
        <w:rPr>
          <w:sz w:val="24"/>
          <w:szCs w:val="24"/>
        </w:rPr>
        <w:t>at such date and time as agreed.</w:t>
      </w:r>
      <w:r w:rsidRPr="00A33F2C">
        <w:rPr>
          <w:sz w:val="24"/>
          <w:szCs w:val="24"/>
        </w:rPr>
        <w:br/>
      </w:r>
      <w:r w:rsidRPr="00A33F2C">
        <w:rPr>
          <w:sz w:val="24"/>
          <w:szCs w:val="24"/>
        </w:rPr>
        <w:br/>
        <w:t>6. All expenses of the Club will be approved by the Committee</w:t>
      </w:r>
      <w:r w:rsidR="00021471" w:rsidRPr="00A33F2C">
        <w:rPr>
          <w:sz w:val="24"/>
          <w:szCs w:val="24"/>
        </w:rPr>
        <w:t xml:space="preserve"> if over £</w:t>
      </w:r>
      <w:r w:rsidR="00AB774C" w:rsidRPr="00A33F2C">
        <w:rPr>
          <w:sz w:val="24"/>
          <w:szCs w:val="24"/>
        </w:rPr>
        <w:t>1,0</w:t>
      </w:r>
      <w:r w:rsidR="00B05589" w:rsidRPr="00A33F2C">
        <w:rPr>
          <w:sz w:val="24"/>
          <w:szCs w:val="24"/>
        </w:rPr>
        <w:t>00</w:t>
      </w:r>
      <w:r w:rsidR="00C96CE2" w:rsidRPr="00A33F2C">
        <w:rPr>
          <w:sz w:val="24"/>
          <w:szCs w:val="24"/>
        </w:rPr>
        <w:t xml:space="preserve"> </w:t>
      </w:r>
      <w:r w:rsidR="00021471" w:rsidRPr="00A33F2C">
        <w:rPr>
          <w:sz w:val="24"/>
          <w:szCs w:val="24"/>
        </w:rPr>
        <w:t>and by any two of the officers if less than that sum</w:t>
      </w:r>
      <w:r w:rsidRPr="00A33F2C">
        <w:rPr>
          <w:sz w:val="24"/>
          <w:szCs w:val="24"/>
        </w:rPr>
        <w:t>.</w:t>
      </w:r>
      <w:r w:rsidRPr="00A33F2C">
        <w:rPr>
          <w:sz w:val="24"/>
          <w:szCs w:val="24"/>
        </w:rPr>
        <w:br/>
      </w:r>
      <w:r w:rsidRPr="00FA5E56">
        <w:rPr>
          <w:sz w:val="24"/>
          <w:szCs w:val="24"/>
        </w:rPr>
        <w:br/>
      </w:r>
      <w:r w:rsidRPr="00FA5E56">
        <w:rPr>
          <w:b/>
          <w:bCs/>
          <w:sz w:val="24"/>
          <w:szCs w:val="24"/>
        </w:rPr>
        <w:t>Meetings</w:t>
      </w:r>
      <w:r w:rsidRPr="00FA5E56">
        <w:rPr>
          <w:sz w:val="24"/>
          <w:szCs w:val="24"/>
        </w:rPr>
        <w:br/>
      </w:r>
      <w:r w:rsidRPr="00FA5E56">
        <w:rPr>
          <w:sz w:val="24"/>
          <w:szCs w:val="24"/>
        </w:rPr>
        <w:br/>
        <w:t>Annual General Meeting</w:t>
      </w:r>
      <w:r w:rsidRPr="00FA5E56">
        <w:rPr>
          <w:sz w:val="24"/>
          <w:szCs w:val="24"/>
        </w:rPr>
        <w:br/>
      </w:r>
      <w:r w:rsidRPr="00FA5E56">
        <w:rPr>
          <w:sz w:val="24"/>
          <w:szCs w:val="24"/>
        </w:rPr>
        <w:br/>
        <w:t xml:space="preserve">7. The Annual General Meeting shall be held in the month of September each year on a date fixed by the Committee to receive the report of the Committee and the statements and report of the Club. Prior to the meeting an agenda will be posted </w:t>
      </w:r>
      <w:r w:rsidR="00021471" w:rsidRPr="00FA5E56">
        <w:rPr>
          <w:sz w:val="24"/>
          <w:szCs w:val="24"/>
        </w:rPr>
        <w:t xml:space="preserve">to members by email </w:t>
      </w:r>
      <w:r w:rsidRPr="00FA5E56">
        <w:rPr>
          <w:sz w:val="24"/>
          <w:szCs w:val="24"/>
        </w:rPr>
        <w:t xml:space="preserve">not less than 14 days prior to the meeting. Any member desiring to raise a matter before the meeting shall give notice to the secretary not less than 7 </w:t>
      </w:r>
      <w:r w:rsidRPr="00FA5E56">
        <w:rPr>
          <w:sz w:val="24"/>
          <w:szCs w:val="24"/>
        </w:rPr>
        <w:lastRenderedPageBreak/>
        <w:t>days before the date of the meeting.</w:t>
      </w:r>
      <w:r w:rsidRPr="00FA5E56">
        <w:rPr>
          <w:sz w:val="24"/>
          <w:szCs w:val="24"/>
        </w:rPr>
        <w:br/>
      </w:r>
      <w:r w:rsidRPr="00FA5E56">
        <w:rPr>
          <w:sz w:val="24"/>
          <w:szCs w:val="24"/>
        </w:rPr>
        <w:br/>
        <w:t>Extraordinary General Meeting</w:t>
      </w:r>
      <w:r w:rsidRPr="00FA5E56">
        <w:rPr>
          <w:sz w:val="24"/>
          <w:szCs w:val="24"/>
        </w:rPr>
        <w:br/>
      </w:r>
      <w:r w:rsidRPr="00FA5E56">
        <w:rPr>
          <w:sz w:val="24"/>
          <w:szCs w:val="24"/>
        </w:rPr>
        <w:br/>
        <w:t xml:space="preserve">8. An Extraordinary </w:t>
      </w:r>
      <w:r w:rsidRPr="00A33F2C">
        <w:rPr>
          <w:sz w:val="24"/>
          <w:szCs w:val="24"/>
        </w:rPr>
        <w:t xml:space="preserve">Meeting of the Club shall be held whenever the Committee </w:t>
      </w:r>
      <w:proofErr w:type="gramStart"/>
      <w:r w:rsidRPr="00A33F2C">
        <w:rPr>
          <w:sz w:val="24"/>
          <w:szCs w:val="24"/>
        </w:rPr>
        <w:t>think</w:t>
      </w:r>
      <w:proofErr w:type="gramEnd"/>
      <w:r w:rsidRPr="00A33F2C">
        <w:rPr>
          <w:sz w:val="24"/>
          <w:szCs w:val="24"/>
        </w:rPr>
        <w:t xml:space="preserve"> expedient, or </w:t>
      </w:r>
      <w:proofErr w:type="gramStart"/>
      <w:r w:rsidRPr="00A33F2C">
        <w:rPr>
          <w:sz w:val="24"/>
          <w:szCs w:val="24"/>
        </w:rPr>
        <w:t>upon</w:t>
      </w:r>
      <w:proofErr w:type="gramEnd"/>
      <w:r w:rsidRPr="00A33F2C">
        <w:rPr>
          <w:sz w:val="24"/>
          <w:szCs w:val="24"/>
        </w:rPr>
        <w:t xml:space="preserve"> the request of all members, or upon 50 members or one sixth of the total number of members entitled to vote in a general meeting (requests shall be made in writing to the secretary). An Extraordinary General Meeting must be held within 14 days of receipt of such requests.</w:t>
      </w:r>
      <w:r w:rsidRPr="00A33F2C">
        <w:rPr>
          <w:sz w:val="24"/>
          <w:szCs w:val="24"/>
        </w:rPr>
        <w:br/>
      </w:r>
      <w:r w:rsidRPr="00A33F2C">
        <w:rPr>
          <w:sz w:val="24"/>
          <w:szCs w:val="24"/>
        </w:rPr>
        <w:br/>
        <w:t>9. Three members of the Committee, together with 7 members shall form a quorum.</w:t>
      </w:r>
      <w:r w:rsidRPr="00A33F2C">
        <w:rPr>
          <w:sz w:val="24"/>
          <w:szCs w:val="24"/>
        </w:rPr>
        <w:br/>
      </w:r>
      <w:r w:rsidRPr="00A33F2C">
        <w:rPr>
          <w:sz w:val="24"/>
          <w:szCs w:val="24"/>
        </w:rPr>
        <w:br/>
      </w:r>
      <w:r w:rsidRPr="00A33F2C">
        <w:rPr>
          <w:b/>
          <w:bCs/>
          <w:sz w:val="24"/>
          <w:szCs w:val="24"/>
        </w:rPr>
        <w:t>Treasurer</w:t>
      </w:r>
      <w:r w:rsidRPr="00FA5E56">
        <w:rPr>
          <w:sz w:val="24"/>
          <w:szCs w:val="24"/>
        </w:rPr>
        <w:br/>
      </w:r>
      <w:r w:rsidRPr="00FA5E56">
        <w:rPr>
          <w:sz w:val="24"/>
          <w:szCs w:val="24"/>
        </w:rPr>
        <w:br/>
        <w:t>10. The Treasurer shall pay all monies received by the Club from any source whatsoever to the credit of the account of the Club with the Social Club’s Bank. They shall pay such debts of the Club as are directed by the Committee. After payment of expenses, any sum of cash belonging to the Club and not needed for working purposes, shall be</w:t>
      </w:r>
      <w:r w:rsidR="00B05589" w:rsidRPr="00FA5E56">
        <w:rPr>
          <w:sz w:val="24"/>
          <w:szCs w:val="24"/>
        </w:rPr>
        <w:t xml:space="preserve"> </w:t>
      </w:r>
      <w:r w:rsidRPr="00FA5E56">
        <w:rPr>
          <w:sz w:val="24"/>
          <w:szCs w:val="24"/>
        </w:rPr>
        <w:t>held for the benefit of the members.</w:t>
      </w:r>
      <w:r w:rsidRPr="00FA5E56">
        <w:rPr>
          <w:sz w:val="24"/>
          <w:szCs w:val="24"/>
        </w:rPr>
        <w:br/>
      </w:r>
      <w:r w:rsidRPr="00FA5E56">
        <w:rPr>
          <w:sz w:val="24"/>
          <w:szCs w:val="24"/>
        </w:rPr>
        <w:br/>
        <w:t xml:space="preserve">The Treasurer shall keep proper accounts which will enable </w:t>
      </w:r>
      <w:r w:rsidRPr="00FA5E56">
        <w:rPr>
          <w:sz w:val="24"/>
          <w:szCs w:val="24"/>
          <w:u w:val="single"/>
        </w:rPr>
        <w:t>them</w:t>
      </w:r>
      <w:r w:rsidRPr="00FA5E56">
        <w:rPr>
          <w:sz w:val="24"/>
          <w:szCs w:val="24"/>
        </w:rPr>
        <w:t xml:space="preserve"> to present to the Annual General Meeting of the Club the statements and finances of the Club. They shall arrange for the finances of the Club to be audited annually.</w:t>
      </w:r>
      <w:r w:rsidRPr="00FA5E56">
        <w:rPr>
          <w:sz w:val="24"/>
          <w:szCs w:val="24"/>
        </w:rPr>
        <w:br/>
      </w:r>
      <w:r w:rsidRPr="00FA5E56">
        <w:rPr>
          <w:sz w:val="24"/>
          <w:szCs w:val="24"/>
        </w:rPr>
        <w:br/>
        <w:t xml:space="preserve">11. Amendment to rules. No rule shall be made nor any rule amended or rescinded unless the consent of two thirds of the members present at a General Meeting is obtained before which notice has been given specifying the intention to propose such amendments, or rescinding such rules, or making such rules. Notification of any new rule shall be given to the Chief Officer of Police for the area and to the Clerk to the Justices, within 28 days </w:t>
      </w:r>
      <w:proofErr w:type="gramStart"/>
      <w:r w:rsidRPr="00FA5E56">
        <w:rPr>
          <w:sz w:val="24"/>
          <w:szCs w:val="24"/>
        </w:rPr>
        <w:t>from</w:t>
      </w:r>
      <w:proofErr w:type="gramEnd"/>
      <w:r w:rsidRPr="00FA5E56">
        <w:rPr>
          <w:sz w:val="24"/>
          <w:szCs w:val="24"/>
        </w:rPr>
        <w:t xml:space="preserve"> the date at which they are passed.</w:t>
      </w:r>
      <w:r w:rsidRPr="00FA5E56">
        <w:rPr>
          <w:sz w:val="24"/>
          <w:szCs w:val="24"/>
        </w:rPr>
        <w:br/>
      </w:r>
      <w:r w:rsidRPr="00FA5E56">
        <w:rPr>
          <w:sz w:val="24"/>
          <w:szCs w:val="24"/>
        </w:rPr>
        <w:br/>
        <w:t>12. Alterations to Premises. No alterations shall be made to the Club premises without the sanction of the Creeting St. Mary Village Hall Management Committee.</w:t>
      </w:r>
      <w:r w:rsidRPr="00FA5E56">
        <w:rPr>
          <w:sz w:val="24"/>
          <w:szCs w:val="24"/>
        </w:rPr>
        <w:br/>
      </w:r>
      <w:r w:rsidRPr="00FA5E56">
        <w:rPr>
          <w:sz w:val="24"/>
          <w:szCs w:val="24"/>
        </w:rPr>
        <w:br/>
        <w:t xml:space="preserve">13. Loss of Property. Neither the Club nor the Committee shall be responsible for the loss of any private property </w:t>
      </w:r>
      <w:proofErr w:type="gramStart"/>
      <w:r w:rsidRPr="00FA5E56">
        <w:rPr>
          <w:sz w:val="24"/>
          <w:szCs w:val="24"/>
        </w:rPr>
        <w:t>in</w:t>
      </w:r>
      <w:proofErr w:type="gramEnd"/>
      <w:r w:rsidRPr="00FA5E56">
        <w:rPr>
          <w:sz w:val="24"/>
          <w:szCs w:val="24"/>
        </w:rPr>
        <w:t xml:space="preserve"> the Club premises</w:t>
      </w:r>
      <w:r w:rsidR="00855AE3" w:rsidRPr="00FA5E56">
        <w:rPr>
          <w:sz w:val="24"/>
          <w:szCs w:val="24"/>
        </w:rPr>
        <w:t>,</w:t>
      </w:r>
      <w:r w:rsidRPr="00FA5E56">
        <w:rPr>
          <w:sz w:val="24"/>
          <w:szCs w:val="24"/>
        </w:rPr>
        <w:t xml:space="preserve"> </w:t>
      </w:r>
      <w:proofErr w:type="gramStart"/>
      <w:r w:rsidRPr="00FA5E56">
        <w:rPr>
          <w:sz w:val="24"/>
          <w:szCs w:val="24"/>
        </w:rPr>
        <w:t>in</w:t>
      </w:r>
      <w:proofErr w:type="gramEnd"/>
      <w:r w:rsidRPr="00FA5E56">
        <w:rPr>
          <w:sz w:val="24"/>
          <w:szCs w:val="24"/>
        </w:rPr>
        <w:t xml:space="preserve"> the grounds</w:t>
      </w:r>
      <w:r w:rsidR="00855AE3" w:rsidRPr="00FA5E56">
        <w:rPr>
          <w:sz w:val="24"/>
          <w:szCs w:val="24"/>
        </w:rPr>
        <w:t xml:space="preserve"> or at any location where a Club event is held</w:t>
      </w:r>
      <w:r w:rsidRPr="00FA5E56">
        <w:rPr>
          <w:sz w:val="24"/>
          <w:szCs w:val="24"/>
        </w:rPr>
        <w:t>.</w:t>
      </w:r>
      <w:r w:rsidRPr="00FA5E56">
        <w:rPr>
          <w:sz w:val="24"/>
          <w:szCs w:val="24"/>
        </w:rPr>
        <w:br/>
      </w:r>
      <w:r w:rsidRPr="00FA5E56">
        <w:rPr>
          <w:sz w:val="24"/>
          <w:szCs w:val="24"/>
        </w:rPr>
        <w:br/>
        <w:t>14. Sports and Social Section. A Sports and Social section may be formed subject to the Committee's approval.</w:t>
      </w:r>
      <w:r w:rsidRPr="00FA5E56">
        <w:rPr>
          <w:sz w:val="24"/>
          <w:szCs w:val="24"/>
        </w:rPr>
        <w:br/>
      </w:r>
      <w:r w:rsidRPr="00FA5E56">
        <w:rPr>
          <w:sz w:val="24"/>
          <w:szCs w:val="24"/>
        </w:rPr>
        <w:lastRenderedPageBreak/>
        <w:br/>
      </w:r>
      <w:r w:rsidRPr="00FA5E56">
        <w:rPr>
          <w:b/>
          <w:bCs/>
          <w:sz w:val="24"/>
          <w:szCs w:val="24"/>
        </w:rPr>
        <w:t>Membership</w:t>
      </w:r>
      <w:r w:rsidRPr="00FA5E56">
        <w:rPr>
          <w:sz w:val="24"/>
          <w:szCs w:val="24"/>
        </w:rPr>
        <w:br/>
      </w:r>
      <w:r w:rsidRPr="00FA5E56">
        <w:rPr>
          <w:sz w:val="24"/>
          <w:szCs w:val="24"/>
        </w:rPr>
        <w:br/>
        <w:t xml:space="preserve">15. The Club shall be a </w:t>
      </w:r>
      <w:proofErr w:type="gramStart"/>
      <w:r w:rsidRPr="00FA5E56">
        <w:rPr>
          <w:sz w:val="24"/>
          <w:szCs w:val="24"/>
        </w:rPr>
        <w:t>members</w:t>
      </w:r>
      <w:proofErr w:type="gramEnd"/>
      <w:r w:rsidRPr="00FA5E56">
        <w:rPr>
          <w:sz w:val="24"/>
          <w:szCs w:val="24"/>
        </w:rPr>
        <w:t xml:space="preserve"> club and shall consist of ordinary members only.</w:t>
      </w:r>
      <w:r w:rsidRPr="00FA5E56">
        <w:rPr>
          <w:sz w:val="24"/>
          <w:szCs w:val="24"/>
        </w:rPr>
        <w:br/>
      </w:r>
      <w:r w:rsidRPr="00FA5E56">
        <w:rPr>
          <w:sz w:val="24"/>
          <w:szCs w:val="24"/>
        </w:rPr>
        <w:br/>
        <w:t>16. Eligibility. Membership shall be open to all inhabitants over the age of 18 years in the Parish of Creeting St. Mary and the surrounding district.</w:t>
      </w:r>
      <w:r w:rsidRPr="00FA5E56">
        <w:rPr>
          <w:sz w:val="24"/>
          <w:szCs w:val="24"/>
        </w:rPr>
        <w:br/>
      </w:r>
      <w:r w:rsidRPr="00FA5E56">
        <w:rPr>
          <w:sz w:val="24"/>
          <w:szCs w:val="24"/>
        </w:rPr>
        <w:br/>
        <w:t xml:space="preserve">17. Membership shall be recorded in the register of members with that register </w:t>
      </w:r>
      <w:r w:rsidRPr="00A33F2C">
        <w:rPr>
          <w:sz w:val="24"/>
          <w:szCs w:val="24"/>
        </w:rPr>
        <w:t>being accessible as needed to those needing to validate individual’s membership.</w:t>
      </w:r>
      <w:r w:rsidRPr="00A33F2C">
        <w:rPr>
          <w:sz w:val="24"/>
          <w:szCs w:val="24"/>
        </w:rPr>
        <w:br/>
      </w:r>
      <w:r w:rsidRPr="00A33F2C">
        <w:rPr>
          <w:sz w:val="24"/>
          <w:szCs w:val="24"/>
        </w:rPr>
        <w:br/>
        <w:t>1</w:t>
      </w:r>
      <w:r w:rsidR="00B05589" w:rsidRPr="00A33F2C">
        <w:rPr>
          <w:sz w:val="24"/>
          <w:szCs w:val="24"/>
        </w:rPr>
        <w:t>8</w:t>
      </w:r>
      <w:r w:rsidRPr="00A33F2C">
        <w:rPr>
          <w:sz w:val="24"/>
          <w:szCs w:val="24"/>
        </w:rPr>
        <w:t xml:space="preserve">. Application for Membership. An application for Membership must be proposed or seconded by </w:t>
      </w:r>
      <w:r w:rsidR="00855AE3" w:rsidRPr="00A33F2C">
        <w:rPr>
          <w:sz w:val="24"/>
          <w:szCs w:val="24"/>
        </w:rPr>
        <w:t xml:space="preserve">members of the committee or </w:t>
      </w:r>
      <w:r w:rsidRPr="00A33F2C">
        <w:rPr>
          <w:sz w:val="24"/>
          <w:szCs w:val="24"/>
        </w:rPr>
        <w:t xml:space="preserve">another member and membership applications approved by the Committee. </w:t>
      </w:r>
    </w:p>
    <w:p w14:paraId="210E864F" w14:textId="64D3B4E0" w:rsidR="00DC2A3E" w:rsidRPr="00FA5E56" w:rsidRDefault="00DC2A3E" w:rsidP="009C5C35">
      <w:pPr>
        <w:rPr>
          <w:sz w:val="24"/>
          <w:szCs w:val="24"/>
        </w:rPr>
      </w:pPr>
      <w:r w:rsidRPr="00A33F2C">
        <w:rPr>
          <w:sz w:val="24"/>
          <w:szCs w:val="24"/>
        </w:rPr>
        <w:br/>
      </w:r>
      <w:r w:rsidR="00B05589" w:rsidRPr="00A33F2C">
        <w:rPr>
          <w:sz w:val="24"/>
          <w:szCs w:val="24"/>
        </w:rPr>
        <w:t>19</w:t>
      </w:r>
      <w:r w:rsidRPr="00A33F2C">
        <w:rPr>
          <w:sz w:val="24"/>
          <w:szCs w:val="24"/>
        </w:rPr>
        <w:t xml:space="preserve">. Subscriptions. Annual subscriptions shall be such as the Committee shall from time to time determine and shall be payable on 1st September each year. Subscriptions which remain unpaid after 1st October each year shall </w:t>
      </w:r>
      <w:proofErr w:type="gramStart"/>
      <w:r w:rsidRPr="00A33F2C">
        <w:rPr>
          <w:sz w:val="24"/>
          <w:szCs w:val="24"/>
        </w:rPr>
        <w:t>be considered to be</w:t>
      </w:r>
      <w:proofErr w:type="gramEnd"/>
      <w:r w:rsidRPr="00A33F2C">
        <w:rPr>
          <w:sz w:val="24"/>
          <w:szCs w:val="24"/>
        </w:rPr>
        <w:t xml:space="preserve"> in arrears. No person whose subscription is in arrears shall be permitted to use the Club.</w:t>
      </w:r>
      <w:r w:rsidRPr="00A33F2C">
        <w:rPr>
          <w:sz w:val="24"/>
          <w:szCs w:val="24"/>
        </w:rPr>
        <w:br/>
      </w:r>
      <w:r w:rsidRPr="00A33F2C">
        <w:rPr>
          <w:sz w:val="24"/>
          <w:szCs w:val="24"/>
        </w:rPr>
        <w:br/>
        <w:t>2</w:t>
      </w:r>
      <w:r w:rsidR="00B05589" w:rsidRPr="00A33F2C">
        <w:rPr>
          <w:sz w:val="24"/>
          <w:szCs w:val="24"/>
        </w:rPr>
        <w:t>0</w:t>
      </w:r>
      <w:r w:rsidRPr="00A33F2C">
        <w:rPr>
          <w:sz w:val="24"/>
          <w:szCs w:val="24"/>
        </w:rPr>
        <w:t>. Register of Members. The Secretary shall keep in the register of members the names and addresses of the members of the Club.</w:t>
      </w:r>
      <w:r w:rsidRPr="00A33F2C">
        <w:rPr>
          <w:sz w:val="24"/>
          <w:szCs w:val="24"/>
        </w:rPr>
        <w:br/>
      </w:r>
      <w:r w:rsidRPr="00A33F2C">
        <w:rPr>
          <w:sz w:val="24"/>
          <w:szCs w:val="24"/>
        </w:rPr>
        <w:br/>
        <w:t>A person may cease to be a member of the Club:</w:t>
      </w:r>
      <w:r w:rsidRPr="00A33F2C">
        <w:rPr>
          <w:sz w:val="24"/>
          <w:szCs w:val="24"/>
        </w:rPr>
        <w:br/>
      </w:r>
      <w:r w:rsidRPr="00A33F2C">
        <w:rPr>
          <w:sz w:val="24"/>
          <w:szCs w:val="24"/>
        </w:rPr>
        <w:br/>
        <w:t>a) By resignation. A person wishing to resign must send a written notice to the Secretary.</w:t>
      </w:r>
      <w:r w:rsidRPr="00A33F2C">
        <w:rPr>
          <w:sz w:val="24"/>
          <w:szCs w:val="24"/>
        </w:rPr>
        <w:br/>
      </w:r>
      <w:r w:rsidRPr="00A33F2C">
        <w:rPr>
          <w:sz w:val="24"/>
          <w:szCs w:val="24"/>
        </w:rPr>
        <w:br/>
        <w:t>b) By reason of non-payment of subscriptions.</w:t>
      </w:r>
      <w:r w:rsidRPr="00FA5E56">
        <w:rPr>
          <w:sz w:val="24"/>
          <w:szCs w:val="24"/>
        </w:rPr>
        <w:br/>
      </w:r>
      <w:r w:rsidRPr="00FA5E56">
        <w:rPr>
          <w:sz w:val="24"/>
          <w:szCs w:val="24"/>
        </w:rPr>
        <w:br/>
        <w:t>c) By expulsion (see Rule 22).</w:t>
      </w:r>
    </w:p>
    <w:p w14:paraId="032A64B6" w14:textId="0574399E" w:rsidR="00CB255B" w:rsidRPr="00FA5E56" w:rsidRDefault="00DC2A3E" w:rsidP="008D5BEE">
      <w:pPr>
        <w:rPr>
          <w:sz w:val="24"/>
          <w:szCs w:val="24"/>
        </w:rPr>
      </w:pPr>
      <w:r w:rsidRPr="00FA5E56">
        <w:rPr>
          <w:sz w:val="24"/>
          <w:szCs w:val="24"/>
        </w:rPr>
        <w:t>D) By reason of moving away from Creeting St Mary and the surrounding district</w:t>
      </w:r>
      <w:r w:rsidRPr="00FA5E56">
        <w:rPr>
          <w:sz w:val="24"/>
          <w:szCs w:val="24"/>
        </w:rPr>
        <w:br/>
      </w:r>
      <w:r w:rsidRPr="00FA5E56">
        <w:rPr>
          <w:sz w:val="24"/>
          <w:szCs w:val="24"/>
        </w:rPr>
        <w:br/>
        <w:t>2</w:t>
      </w:r>
      <w:r w:rsidR="00B05589" w:rsidRPr="00FA5E56">
        <w:rPr>
          <w:sz w:val="24"/>
          <w:szCs w:val="24"/>
        </w:rPr>
        <w:t>1</w:t>
      </w:r>
      <w:r w:rsidRPr="00FA5E56">
        <w:rPr>
          <w:sz w:val="24"/>
          <w:szCs w:val="24"/>
        </w:rPr>
        <w:t xml:space="preserve">. Misconduct of Members. No drunkenness, obscenity or other misconduct shall be permitted on the Club premises. Any member offending under this rule may be liable to expulsion from the Club. It shall be the duty of any Officer or Committee member to take every available means to prevent the continuance of any such </w:t>
      </w:r>
      <w:r w:rsidRPr="00FA5E56">
        <w:rPr>
          <w:sz w:val="24"/>
          <w:szCs w:val="24"/>
        </w:rPr>
        <w:lastRenderedPageBreak/>
        <w:t>offence and to report the offender to the Committee through the Secretary.</w:t>
      </w:r>
      <w:r w:rsidRPr="00FA5E56">
        <w:rPr>
          <w:sz w:val="24"/>
          <w:szCs w:val="24"/>
        </w:rPr>
        <w:br/>
      </w:r>
      <w:r w:rsidRPr="00FA5E56">
        <w:rPr>
          <w:sz w:val="24"/>
          <w:szCs w:val="24"/>
        </w:rPr>
        <w:br/>
        <w:t>2</w:t>
      </w:r>
      <w:r w:rsidR="00B05589" w:rsidRPr="00FA5E56">
        <w:rPr>
          <w:sz w:val="24"/>
          <w:szCs w:val="24"/>
        </w:rPr>
        <w:t>2</w:t>
      </w:r>
      <w:r w:rsidRPr="00FA5E56">
        <w:rPr>
          <w:sz w:val="24"/>
          <w:szCs w:val="24"/>
        </w:rPr>
        <w:t>. Power of Committee to expel members. The Committee shall have the power to reprimand suspend or expel any member whose conduct renders them unfit for membership. No person shall be suspended or expelled without first being summoned before the Committee. Such person summoned shall have at least 3 days</w:t>
      </w:r>
      <w:r w:rsidR="002F3FE4" w:rsidRPr="00FA5E56">
        <w:rPr>
          <w:sz w:val="24"/>
          <w:szCs w:val="24"/>
        </w:rPr>
        <w:t>’</w:t>
      </w:r>
      <w:r w:rsidRPr="00FA5E56">
        <w:rPr>
          <w:sz w:val="24"/>
          <w:szCs w:val="24"/>
        </w:rPr>
        <w:t xml:space="preserve"> notice in writing from the Secretary containing details of the accusation made against him. A member expelled in accordance with the rules shall have no claim on the property of the Club and shall forfeit all the privileges of membership.</w:t>
      </w:r>
      <w:r w:rsidRPr="00FA5E56">
        <w:rPr>
          <w:sz w:val="24"/>
          <w:szCs w:val="24"/>
        </w:rPr>
        <w:br/>
      </w:r>
      <w:r w:rsidRPr="00FA5E56">
        <w:rPr>
          <w:sz w:val="24"/>
          <w:szCs w:val="24"/>
        </w:rPr>
        <w:br/>
        <w:t>2</w:t>
      </w:r>
      <w:r w:rsidR="00B05589" w:rsidRPr="00FA5E56">
        <w:rPr>
          <w:sz w:val="24"/>
          <w:szCs w:val="24"/>
        </w:rPr>
        <w:t>3</w:t>
      </w:r>
      <w:r w:rsidRPr="00FA5E56">
        <w:rPr>
          <w:sz w:val="24"/>
          <w:szCs w:val="24"/>
        </w:rPr>
        <w:t xml:space="preserve">. Introduction of Guests and Visitors. Any member may introduce bona fide friends and guests of the Club, who may purchase intoxicating liquor for consumption on the premises, but no member may introduce more than four guests at one </w:t>
      </w:r>
      <w:proofErr w:type="gramStart"/>
      <w:r w:rsidRPr="00FA5E56">
        <w:rPr>
          <w:sz w:val="24"/>
          <w:szCs w:val="24"/>
        </w:rPr>
        <w:t>time</w:t>
      </w:r>
      <w:proofErr w:type="gramEnd"/>
      <w:r w:rsidRPr="00FA5E56">
        <w:rPr>
          <w:sz w:val="24"/>
          <w:szCs w:val="24"/>
        </w:rPr>
        <w:t xml:space="preserve"> and these shall be fully paid for. </w:t>
      </w:r>
      <w:r w:rsidR="00855AE3" w:rsidRPr="00FA5E56">
        <w:rPr>
          <w:sz w:val="24"/>
          <w:szCs w:val="24"/>
        </w:rPr>
        <w:t xml:space="preserve">  T</w:t>
      </w:r>
      <w:r w:rsidRPr="00FA5E56">
        <w:rPr>
          <w:sz w:val="24"/>
          <w:szCs w:val="24"/>
        </w:rPr>
        <w:t xml:space="preserve">he </w:t>
      </w:r>
      <w:proofErr w:type="gramStart"/>
      <w:r w:rsidRPr="00FA5E56">
        <w:rPr>
          <w:sz w:val="24"/>
          <w:szCs w:val="24"/>
        </w:rPr>
        <w:t>member</w:t>
      </w:r>
      <w:proofErr w:type="gramEnd"/>
      <w:r w:rsidRPr="00FA5E56">
        <w:rPr>
          <w:sz w:val="24"/>
          <w:szCs w:val="24"/>
        </w:rPr>
        <w:t xml:space="preserve"> introducing them shall be responsible for their conduct. Members of visiting Clubs or teams are entitled to admission </w:t>
      </w:r>
      <w:proofErr w:type="gramStart"/>
      <w:r w:rsidRPr="00FA5E56">
        <w:rPr>
          <w:sz w:val="24"/>
          <w:szCs w:val="24"/>
        </w:rPr>
        <w:t>of</w:t>
      </w:r>
      <w:proofErr w:type="gramEnd"/>
      <w:r w:rsidRPr="00FA5E56">
        <w:rPr>
          <w:sz w:val="24"/>
          <w:szCs w:val="24"/>
        </w:rPr>
        <w:t xml:space="preserve"> the Club premises and may purchase intoxicating liquor for consumption on the premises.</w:t>
      </w:r>
      <w:r w:rsidRPr="00FA5E56">
        <w:rPr>
          <w:sz w:val="24"/>
          <w:szCs w:val="24"/>
        </w:rPr>
        <w:br/>
      </w:r>
      <w:r w:rsidRPr="00FA5E56">
        <w:rPr>
          <w:sz w:val="24"/>
          <w:szCs w:val="24"/>
        </w:rPr>
        <w:br/>
        <w:t>2</w:t>
      </w:r>
      <w:r w:rsidR="00B05589" w:rsidRPr="00FA5E56">
        <w:rPr>
          <w:sz w:val="24"/>
          <w:szCs w:val="24"/>
        </w:rPr>
        <w:t>4</w:t>
      </w:r>
      <w:r w:rsidRPr="00FA5E56">
        <w:rPr>
          <w:sz w:val="24"/>
          <w:szCs w:val="24"/>
        </w:rPr>
        <w:t>. Special Occasions. Non</w:t>
      </w:r>
      <w:r w:rsidR="00855AE3" w:rsidRPr="00FA5E56">
        <w:rPr>
          <w:sz w:val="24"/>
          <w:szCs w:val="24"/>
        </w:rPr>
        <w:t>-</w:t>
      </w:r>
      <w:r w:rsidRPr="00FA5E56">
        <w:rPr>
          <w:sz w:val="24"/>
          <w:szCs w:val="24"/>
        </w:rPr>
        <w:t xml:space="preserve">members may be admitted to the Club on Special Occasions provided they are the invited guests of somebody, organization or person who shall be fully responsible for the conduct of such </w:t>
      </w:r>
      <w:proofErr w:type="gramStart"/>
      <w:r w:rsidRPr="00FA5E56">
        <w:rPr>
          <w:sz w:val="24"/>
          <w:szCs w:val="24"/>
        </w:rPr>
        <w:t>persons</w:t>
      </w:r>
      <w:proofErr w:type="gramEnd"/>
      <w:r w:rsidRPr="00FA5E56">
        <w:rPr>
          <w:sz w:val="24"/>
          <w:szCs w:val="24"/>
        </w:rPr>
        <w:t xml:space="preserve"> on the Club premises. Any provision of intoxicating liquor on such occasions shall be in accordance with the provisions of Section 49(1) of the Licensing Act 1964. The Chief Officer of Police for the area and the Clerk to the Licensing Justices shall be given not less than 48 hours notice in writing prior to the holding of any such function.</w:t>
      </w:r>
      <w:r w:rsidRPr="00FA5E56">
        <w:rPr>
          <w:sz w:val="24"/>
          <w:szCs w:val="24"/>
        </w:rPr>
        <w:br/>
      </w:r>
      <w:r w:rsidRPr="00FA5E56">
        <w:rPr>
          <w:sz w:val="24"/>
          <w:szCs w:val="24"/>
        </w:rPr>
        <w:br/>
      </w:r>
      <w:r w:rsidRPr="00FA5E56">
        <w:rPr>
          <w:b/>
          <w:bCs/>
          <w:sz w:val="24"/>
          <w:szCs w:val="24"/>
        </w:rPr>
        <w:t>Supply of Alcohol</w:t>
      </w:r>
      <w:r w:rsidRPr="00FA5E56">
        <w:rPr>
          <w:sz w:val="24"/>
          <w:szCs w:val="24"/>
        </w:rPr>
        <w:br/>
      </w:r>
      <w:r w:rsidRPr="00FA5E56">
        <w:rPr>
          <w:sz w:val="24"/>
          <w:szCs w:val="24"/>
        </w:rPr>
        <w:br/>
        <w:t>2</w:t>
      </w:r>
      <w:r w:rsidR="00B05589" w:rsidRPr="00FA5E56">
        <w:rPr>
          <w:sz w:val="24"/>
          <w:szCs w:val="24"/>
        </w:rPr>
        <w:t>5</w:t>
      </w:r>
      <w:r w:rsidRPr="00FA5E56">
        <w:rPr>
          <w:sz w:val="24"/>
          <w:szCs w:val="24"/>
        </w:rPr>
        <w:t xml:space="preserve">. Control by Committee. The purchase for any supply by the Club of intoxicating liquor shall be under the control of </w:t>
      </w:r>
      <w:r w:rsidR="00F41BC3" w:rsidRPr="00FA5E56">
        <w:rPr>
          <w:sz w:val="24"/>
          <w:szCs w:val="24"/>
        </w:rPr>
        <w:t xml:space="preserve">an appropriate sub-group of the Social Club </w:t>
      </w:r>
      <w:r w:rsidRPr="00FA5E56">
        <w:rPr>
          <w:sz w:val="24"/>
          <w:szCs w:val="24"/>
        </w:rPr>
        <w:t xml:space="preserve">Committee which shall consist of </w:t>
      </w:r>
      <w:r w:rsidR="00F41BC3" w:rsidRPr="00FA5E56">
        <w:rPr>
          <w:sz w:val="24"/>
          <w:szCs w:val="24"/>
        </w:rPr>
        <w:t>such</w:t>
      </w:r>
      <w:r w:rsidR="00A93656" w:rsidRPr="00FA5E56">
        <w:rPr>
          <w:sz w:val="24"/>
          <w:szCs w:val="24"/>
        </w:rPr>
        <w:t xml:space="preserve"> </w:t>
      </w:r>
      <w:r w:rsidRPr="00FA5E56">
        <w:rPr>
          <w:sz w:val="24"/>
          <w:szCs w:val="24"/>
        </w:rPr>
        <w:t xml:space="preserve">members appointed for the time being </w:t>
      </w:r>
      <w:r w:rsidR="00F41BC3" w:rsidRPr="00FA5E56">
        <w:rPr>
          <w:sz w:val="24"/>
          <w:szCs w:val="24"/>
        </w:rPr>
        <w:t xml:space="preserve">by the </w:t>
      </w:r>
      <w:r w:rsidRPr="00FA5E56">
        <w:rPr>
          <w:sz w:val="24"/>
          <w:szCs w:val="24"/>
        </w:rPr>
        <w:t>Club Committee.</w:t>
      </w:r>
      <w:r w:rsidRPr="00FA5E56">
        <w:rPr>
          <w:sz w:val="24"/>
          <w:szCs w:val="24"/>
        </w:rPr>
        <w:br/>
      </w:r>
      <w:r w:rsidRPr="00FA5E56">
        <w:rPr>
          <w:sz w:val="24"/>
          <w:szCs w:val="24"/>
        </w:rPr>
        <w:br/>
        <w:t>2</w:t>
      </w:r>
      <w:r w:rsidR="00B05589" w:rsidRPr="00FA5E56">
        <w:rPr>
          <w:sz w:val="24"/>
          <w:szCs w:val="24"/>
        </w:rPr>
        <w:t>6</w:t>
      </w:r>
      <w:r w:rsidRPr="00FA5E56">
        <w:rPr>
          <w:sz w:val="24"/>
          <w:szCs w:val="24"/>
        </w:rPr>
        <w:t>. Hours of Opening. The Club premises shall be open during such hours as the Committee shall from time to time decide</w:t>
      </w:r>
      <w:r w:rsidR="00A93656" w:rsidRPr="00FA5E56">
        <w:rPr>
          <w:sz w:val="24"/>
          <w:szCs w:val="24"/>
        </w:rPr>
        <w:t xml:space="preserve"> </w:t>
      </w:r>
      <w:r w:rsidR="00A93656" w:rsidRPr="00FA5E56">
        <w:rPr>
          <w:sz w:val="24"/>
          <w:szCs w:val="24"/>
          <w:u w:val="single"/>
        </w:rPr>
        <w:t xml:space="preserve">subject to the limitations of the rules of hire as determined by the Village Hall Management </w:t>
      </w:r>
      <w:r w:rsidR="00445BA4" w:rsidRPr="00FA5E56">
        <w:rPr>
          <w:sz w:val="24"/>
          <w:szCs w:val="24"/>
          <w:u w:val="single"/>
        </w:rPr>
        <w:t>C</w:t>
      </w:r>
      <w:r w:rsidR="00A93656" w:rsidRPr="00FA5E56">
        <w:rPr>
          <w:sz w:val="24"/>
          <w:szCs w:val="24"/>
          <w:u w:val="single"/>
        </w:rPr>
        <w:t>ommittee from time to time</w:t>
      </w:r>
      <w:r w:rsidRPr="00FA5E56">
        <w:rPr>
          <w:sz w:val="24"/>
          <w:szCs w:val="24"/>
        </w:rPr>
        <w:t>.</w:t>
      </w:r>
      <w:r w:rsidRPr="00FA5E56">
        <w:rPr>
          <w:sz w:val="24"/>
          <w:szCs w:val="24"/>
        </w:rPr>
        <w:br/>
      </w:r>
      <w:r w:rsidRPr="00FA5E56">
        <w:rPr>
          <w:sz w:val="24"/>
          <w:szCs w:val="24"/>
        </w:rPr>
        <w:br/>
      </w:r>
      <w:r w:rsidRPr="00A33F2C">
        <w:rPr>
          <w:sz w:val="24"/>
          <w:szCs w:val="24"/>
        </w:rPr>
        <w:br/>
        <w:t>2</w:t>
      </w:r>
      <w:r w:rsidR="00A93656" w:rsidRPr="00A33F2C">
        <w:rPr>
          <w:sz w:val="24"/>
          <w:szCs w:val="24"/>
        </w:rPr>
        <w:t>7</w:t>
      </w:r>
      <w:r w:rsidRPr="00A33F2C">
        <w:rPr>
          <w:sz w:val="24"/>
          <w:szCs w:val="24"/>
        </w:rPr>
        <w:t xml:space="preserve">. Purchase and Consumption. The following </w:t>
      </w:r>
      <w:proofErr w:type="gramStart"/>
      <w:r w:rsidRPr="00A33F2C">
        <w:rPr>
          <w:sz w:val="24"/>
          <w:szCs w:val="24"/>
        </w:rPr>
        <w:t>persons</w:t>
      </w:r>
      <w:proofErr w:type="gramEnd"/>
      <w:r w:rsidRPr="00A33F2C">
        <w:rPr>
          <w:sz w:val="24"/>
          <w:szCs w:val="24"/>
        </w:rPr>
        <w:t xml:space="preserve"> may purchase and consume intoxicating liquor on the premises:</w:t>
      </w:r>
      <w:r w:rsidRPr="00FA5E56">
        <w:rPr>
          <w:sz w:val="24"/>
          <w:szCs w:val="24"/>
        </w:rPr>
        <w:br/>
      </w:r>
      <w:r w:rsidRPr="00FA5E56">
        <w:rPr>
          <w:sz w:val="24"/>
          <w:szCs w:val="24"/>
        </w:rPr>
        <w:lastRenderedPageBreak/>
        <w:br/>
        <w:t>1. Members</w:t>
      </w:r>
      <w:r w:rsidRPr="00FA5E56">
        <w:rPr>
          <w:sz w:val="24"/>
          <w:szCs w:val="24"/>
        </w:rPr>
        <w:br/>
        <w:t>2. Guests of Members</w:t>
      </w:r>
      <w:r w:rsidRPr="00FA5E56">
        <w:rPr>
          <w:sz w:val="24"/>
          <w:szCs w:val="24"/>
        </w:rPr>
        <w:br/>
        <w:t>3. Members of Visiting Teams or Clubs</w:t>
      </w:r>
      <w:r w:rsidRPr="00FA5E56">
        <w:rPr>
          <w:sz w:val="24"/>
          <w:szCs w:val="24"/>
        </w:rPr>
        <w:br/>
        <w:t>4. Persons referred to under Rule 25.</w:t>
      </w:r>
      <w:r w:rsidRPr="00FA5E56">
        <w:rPr>
          <w:sz w:val="24"/>
          <w:szCs w:val="24"/>
        </w:rPr>
        <w:br/>
      </w:r>
      <w:r w:rsidRPr="00FA5E56">
        <w:rPr>
          <w:sz w:val="24"/>
          <w:szCs w:val="24"/>
        </w:rPr>
        <w:br/>
      </w:r>
      <w:r w:rsidR="00A93656" w:rsidRPr="00FA5E56">
        <w:rPr>
          <w:sz w:val="24"/>
          <w:szCs w:val="24"/>
        </w:rPr>
        <w:t>28</w:t>
      </w:r>
      <w:r w:rsidRPr="00FA5E56">
        <w:rPr>
          <w:sz w:val="24"/>
          <w:szCs w:val="24"/>
        </w:rPr>
        <w:t xml:space="preserve">. No </w:t>
      </w:r>
      <w:proofErr w:type="gramStart"/>
      <w:r w:rsidRPr="00FA5E56">
        <w:rPr>
          <w:sz w:val="24"/>
          <w:szCs w:val="24"/>
        </w:rPr>
        <w:t>persons</w:t>
      </w:r>
      <w:proofErr w:type="gramEnd"/>
      <w:r w:rsidRPr="00FA5E56">
        <w:rPr>
          <w:sz w:val="24"/>
          <w:szCs w:val="24"/>
        </w:rPr>
        <w:t xml:space="preserve"> under the age of 18 may purchase or consume intoxicating liquor on the premises.</w:t>
      </w:r>
      <w:r w:rsidRPr="00FA5E56">
        <w:rPr>
          <w:sz w:val="24"/>
          <w:szCs w:val="24"/>
        </w:rPr>
        <w:br/>
      </w:r>
      <w:r w:rsidRPr="00FA5E56">
        <w:rPr>
          <w:sz w:val="24"/>
          <w:szCs w:val="24"/>
        </w:rPr>
        <w:br/>
      </w:r>
      <w:proofErr w:type="gramStart"/>
      <w:r w:rsidR="00855AE3" w:rsidRPr="00FA5E56">
        <w:rPr>
          <w:sz w:val="24"/>
          <w:szCs w:val="24"/>
        </w:rPr>
        <w:t>September</w:t>
      </w:r>
      <w:r w:rsidR="00B05589" w:rsidRPr="00FA5E56">
        <w:rPr>
          <w:sz w:val="24"/>
          <w:szCs w:val="24"/>
        </w:rPr>
        <w:t xml:space="preserve">  2026</w:t>
      </w:r>
      <w:proofErr w:type="gramEnd"/>
      <w:r w:rsidRPr="00FA5E56">
        <w:rPr>
          <w:sz w:val="24"/>
          <w:szCs w:val="24"/>
        </w:rPr>
        <w:br/>
      </w:r>
    </w:p>
    <w:sectPr w:rsidR="00CB255B" w:rsidRPr="00FA5E56"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84982790">
    <w:abstractNumId w:val="8"/>
  </w:num>
  <w:num w:numId="2" w16cid:durableId="362246753">
    <w:abstractNumId w:val="6"/>
  </w:num>
  <w:num w:numId="3" w16cid:durableId="985820078">
    <w:abstractNumId w:val="5"/>
  </w:num>
  <w:num w:numId="4" w16cid:durableId="2088111143">
    <w:abstractNumId w:val="4"/>
  </w:num>
  <w:num w:numId="5" w16cid:durableId="1246189511">
    <w:abstractNumId w:val="7"/>
  </w:num>
  <w:num w:numId="6" w16cid:durableId="855194550">
    <w:abstractNumId w:val="3"/>
  </w:num>
  <w:num w:numId="7" w16cid:durableId="1461417808">
    <w:abstractNumId w:val="2"/>
  </w:num>
  <w:num w:numId="8" w16cid:durableId="2061246883">
    <w:abstractNumId w:val="1"/>
  </w:num>
  <w:num w:numId="9" w16cid:durableId="2107266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1471"/>
    <w:rsid w:val="00025BCB"/>
    <w:rsid w:val="00034616"/>
    <w:rsid w:val="0006063C"/>
    <w:rsid w:val="0013079A"/>
    <w:rsid w:val="0015074B"/>
    <w:rsid w:val="001B59BE"/>
    <w:rsid w:val="002049AB"/>
    <w:rsid w:val="0029639D"/>
    <w:rsid w:val="002A3D9F"/>
    <w:rsid w:val="002F3FE4"/>
    <w:rsid w:val="00317E62"/>
    <w:rsid w:val="00326F90"/>
    <w:rsid w:val="00410978"/>
    <w:rsid w:val="00445BA4"/>
    <w:rsid w:val="005D7EF7"/>
    <w:rsid w:val="00732109"/>
    <w:rsid w:val="00750605"/>
    <w:rsid w:val="00853D2A"/>
    <w:rsid w:val="00855AE3"/>
    <w:rsid w:val="00895A12"/>
    <w:rsid w:val="008D5BEE"/>
    <w:rsid w:val="009604B7"/>
    <w:rsid w:val="009B6CC9"/>
    <w:rsid w:val="009C5C35"/>
    <w:rsid w:val="009D4D87"/>
    <w:rsid w:val="00A06DB2"/>
    <w:rsid w:val="00A33F2C"/>
    <w:rsid w:val="00A93656"/>
    <w:rsid w:val="00AA1D8D"/>
    <w:rsid w:val="00AB774C"/>
    <w:rsid w:val="00AD7394"/>
    <w:rsid w:val="00B05589"/>
    <w:rsid w:val="00B315CA"/>
    <w:rsid w:val="00B47730"/>
    <w:rsid w:val="00BE68EB"/>
    <w:rsid w:val="00C024E2"/>
    <w:rsid w:val="00C96CE2"/>
    <w:rsid w:val="00CB0664"/>
    <w:rsid w:val="00CB255B"/>
    <w:rsid w:val="00CF322B"/>
    <w:rsid w:val="00D6269C"/>
    <w:rsid w:val="00DB6ECD"/>
    <w:rsid w:val="00DC2A3E"/>
    <w:rsid w:val="00ED12FB"/>
    <w:rsid w:val="00F41BC3"/>
    <w:rsid w:val="00F47C32"/>
    <w:rsid w:val="00FA5E56"/>
    <w:rsid w:val="00FC693F"/>
    <w:rsid w:val="00FD13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DDCC72"/>
  <w14:defaultImageDpi w14:val="300"/>
  <w15:docId w15:val="{4A7B9304-EFB5-470B-A143-175B69E76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02147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1179</Words>
  <Characters>6723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7887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William Barnes</cp:lastModifiedBy>
  <cp:revision>4</cp:revision>
  <cp:lastPrinted>2026-09-05T13:32:00Z</cp:lastPrinted>
  <dcterms:created xsi:type="dcterms:W3CDTF">2026-09-29T13:16:00Z</dcterms:created>
  <dcterms:modified xsi:type="dcterms:W3CDTF">2026-10-05T07:10:00Z</dcterms:modified>
  <cp:category/>
</cp:coreProperties>
</file>